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New employee onboarding checklist</w:t>
      </w:r>
    </w:p>
    <w:p>
      <w:r>
        <w:rPr>
          <w:b w:val="0"/>
        </w:rPr>
        <w:t>Use this checklist to prepare a useful first day and agree who will arrange each part of the welcome.</w:t>
      </w:r>
    </w:p>
    <w:p>
      <w:r>
        <w:rPr>
          <w:b/>
          <w:sz w:val="26"/>
        </w:rPr>
        <w:t>Your job is to help the new starter succeed in their role.</w:t>
      </w:r>
    </w:p>
    <w:p>
      <w:r>
        <w:rPr>
          <w:b w:val="0"/>
          <w:sz w:val="18"/>
        </w:rPr>
        <w:t>Colleague __________________________  Role ______________________________</w:t>
      </w:r>
    </w:p>
    <w:p>
      <w:r>
        <w:rPr>
          <w:b w:val="0"/>
          <w:sz w:val="18"/>
        </w:rPr>
        <w:t>Manager ___________________________  Start date __________________________</w:t>
      </w:r>
    </w:p>
    <w:p>
      <w:pPr>
        <w:pStyle w:val="Heading2"/>
      </w:pPr>
      <w:r>
        <w:t>Before the first day</w:t>
      </w:r>
    </w:p>
    <w:tbl>
      <w:tblPr>
        <w:tblW w:type="auto" w:w="0"/>
        <w:tblLayout w:type="fixed"/>
        <w:tblLook w:firstColumn="1" w:firstRow="1" w:lastColumn="0" w:lastRow="0" w:noHBand="0" w:noVBand="1" w:val="04A0"/>
      </w:tblPr>
      <w:tblGrid>
        <w:gridCol w:w="6538"/>
        <w:gridCol w:w="1728"/>
        <w:gridCol w:w="1728"/>
      </w:tblGrid>
      <w:tr>
        <w:trPr>
          <w:cantSplit/>
        </w:trPr>
        <w:tc>
          <w:tcPr>
            <w:tcW w:type="dxa" w:w="65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What to arrange</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Owner</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Ready by</w:t>
            </w:r>
          </w:p>
        </w:tc>
      </w:tr>
      <w:tr>
        <w:trPr>
          <w:cantSplit/>
        </w:trPr>
        <w:tc>
          <w:tcPr>
            <w:tcW w:type="dxa" w:w="65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Confirm where to arrive, the start time, who will meet them and how to contact that person.</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cantSplit/>
        </w:trPr>
        <w:tc>
          <w:tcPr>
            <w:tcW w:type="dxa" w:w="65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Prepare the equipment, approved access and work information needed for their first tasks.</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cantSplit/>
        </w:trPr>
        <w:tc>
          <w:tcPr>
            <w:tcW w:type="dxa" w:w="65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Choose a colleague who can demonstrate the work and answer everyday questions.</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cantSplit/>
        </w:trPr>
        <w:tc>
          <w:tcPr>
            <w:tcW w:type="dxa" w:w="65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Explain the first week’s priorities and arrange the required role-specific instruction and supervision.</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cantSplit/>
        </w:trPr>
        <w:tc>
          <w:tcPr>
            <w:tcW w:type="dxa" w:w="65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Check the current versions of shared guides. Make the important information easy to find.</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cantSplit/>
        </w:trPr>
        <w:tc>
          <w:tcPr>
            <w:tcW w:type="dxa" w:w="65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Book the four-, eight- and twelve-week reviews. Leave time for earlier conversations when needed.</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bl>
    <w:p>
      <w:pPr>
        <w:spacing w:after="0"/>
      </w:pPr>
      <w:r>
        <w:rPr>
          <w:b w:val="0"/>
        </w:rPr>
      </w:r>
    </w:p>
    <w:p>
      <w:pPr>
        <w:pStyle w:val="Heading2"/>
      </w:pPr>
      <w:r>
        <w:t>On the first day</w:t>
      </w:r>
    </w:p>
    <w:p>
      <w:r>
        <w:rPr>
          <w:b w:val="0"/>
          <w:sz w:val="20"/>
        </w:rPr>
        <w:t>Welcome them personally. Introduce the people they will work with, show them where to find help and explain the plan for the day. Check that equipment and access actually work. Make time to demonstrate the first task and hear their questions.</w:t>
      </w:r>
    </w:p>
    <w:p>
      <w:pPr>
        <w:pStyle w:val="Heading3"/>
      </w:pPr>
      <w:r>
        <w:t>What still needs arranging</w:t>
      </w:r>
    </w:p>
    <w:p>
      <w:pPr>
        <w:spacing w:after="60"/>
      </w:pPr>
      <w:r>
        <w:rPr>
          <w:b w:val="0"/>
          <w:sz w:val="18"/>
        </w:rPr>
        <w:t>Give each outstanding item an owner and a date. Carry it into the first-week plan.</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rPr>
          <w:b w:val="0"/>
          <w:sz w:val="18"/>
        </w:rPr>
        <w:t>Week 4 review ____________  Week 8 review ____________  Week 12 review ____________</w:t>
      </w:r>
    </w:p>
    <w:p>
      <w:r>
        <w:rPr>
          <w:b w:val="0"/>
          <w:sz w:val="16"/>
        </w:rPr>
        <w:t>Adapt this practical manager checklist to the role. Follow your organization’s separate employment, safety and training requirements.</w:t>
      </w:r>
    </w:p>
    <w:p>
      <w:r>
        <w:br w:type="page"/>
      </w:r>
    </w:p>
    <w:p>
      <w:pPr>
        <w:pStyle w:val="Heading1"/>
      </w:pPr>
      <w:r>
        <w:t>First week support plan</w:t>
      </w:r>
    </w:p>
    <w:p>
      <w:r>
        <w:rPr>
          <w:b w:val="0"/>
        </w:rPr>
        <w:t>Agree a manageable starting point. Show the work, make time to practice and check what support is still needed.</w:t>
      </w:r>
    </w:p>
    <w:p>
      <w:r>
        <w:rPr>
          <w:b w:val="0"/>
          <w:sz w:val="18"/>
        </w:rPr>
        <w:t>Colleague __________________________________   Role __________________________</w:t>
      </w:r>
    </w:p>
    <w:p>
      <w:r>
        <w:rPr>
          <w:b w:val="0"/>
          <w:sz w:val="18"/>
        </w:rPr>
        <w:t>Manager ___________________________________   Meeting date ___________________</w:t>
      </w:r>
    </w:p>
    <w:p>
      <w:pPr>
        <w:pStyle w:val="Heading2"/>
      </w:pPr>
      <w:r>
        <w:t>The first week essentials</w:t>
      </w:r>
    </w:p>
    <w:tbl>
      <w:tblPr>
        <w:tblW w:type="auto" w:w="0"/>
        <w:tblLayout w:type="fixed"/>
        <w:tblLook w:firstColumn="1" w:firstRow="1" w:lastColumn="0" w:lastRow="0" w:noHBand="0" w:noVBand="1" w:val="04A0"/>
      </w:tblPr>
      <w:tblGrid>
        <w:gridCol w:w="6538"/>
        <w:gridCol w:w="1728"/>
        <w:gridCol w:w="1728"/>
      </w:tblGrid>
      <w:tr>
        <w:trPr>
          <w:cantSplit/>
        </w:trPr>
        <w:tc>
          <w:tcPr>
            <w:tcW w:type="dxa" w:w="65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Check together</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Owner</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By when</w:t>
            </w:r>
          </w:p>
        </w:tc>
      </w:tr>
      <w:tr>
        <w:trPr>
          <w:cantSplit/>
        </w:trPr>
        <w:tc>
          <w:tcPr>
            <w:tcW w:type="dxa" w:w="65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The colleague can explain their first priorities and knows what good work looks like.</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cantSplit/>
        </w:trPr>
        <w:tc>
          <w:tcPr>
            <w:tcW w:type="dxa" w:w="65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They can find the current instructions and know who to contact when something is unclear.</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cantSplit/>
        </w:trPr>
        <w:tc>
          <w:tcPr>
            <w:tcW w:type="dxa" w:w="65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Someone has demonstrated the first tasks, with time for guided practice and feedback.</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cantSplit/>
        </w:trPr>
        <w:tc>
          <w:tcPr>
            <w:tcW w:type="dxa" w:w="653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The manager has asked what is difficult and followed up on missing equipment, access or guidance.</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bl>
    <w:p>
      <w:pPr>
        <w:spacing w:after="0"/>
      </w:pPr>
      <w:r>
        <w:rPr>
          <w:b w:val="0"/>
        </w:rPr>
      </w:r>
    </w:p>
    <w:p>
      <w:pPr>
        <w:pStyle w:val="Heading2"/>
      </w:pPr>
      <w:r>
        <w:t>Make the support specific</w:t>
      </w:r>
    </w:p>
    <w:tbl>
      <w:tblPr>
        <w:tblW w:type="auto" w:w="0"/>
        <w:tblLayout w:type="fixed"/>
        <w:tblLook w:firstColumn="1" w:firstRow="1" w:lastColumn="0" w:lastRow="0" w:noHBand="0" w:noVBand="1" w:val="04A0"/>
      </w:tblPr>
      <w:tblGrid>
        <w:gridCol w:w="3456"/>
        <w:gridCol w:w="4810"/>
        <w:gridCol w:w="1728"/>
      </w:tblGrid>
      <w:tr>
        <w:trPr>
          <w:cantSplit/>
        </w:trPr>
        <w:tc>
          <w:tcPr>
            <w:tcW w:type="dxa" w:w="34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Task or priority</w:t>
            </w:r>
          </w:p>
        </w:tc>
        <w:tc>
          <w:tcPr>
            <w:tcW w:type="dxa" w:w="48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Help I will arrange</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By when</w:t>
            </w:r>
          </w:p>
        </w:tc>
      </w:tr>
      <w:tr>
        <w:trPr>
          <w:trHeight w:val="691" w:hRule="atLeast"/>
          <w:cantSplit/>
        </w:trPr>
        <w:tc>
          <w:tcPr>
            <w:tcW w:type="dxa" w:w="34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48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691" w:hRule="atLeast"/>
          <w:cantSplit/>
        </w:trPr>
        <w:tc>
          <w:tcPr>
            <w:tcW w:type="dxa" w:w="34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48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bl>
    <w:p>
      <w:pPr>
        <w:spacing w:after="0"/>
      </w:pPr>
      <w:r>
        <w:rPr>
          <w:b w:val="0"/>
        </w:rPr>
      </w:r>
    </w:p>
    <w:p>
      <w:pPr>
        <w:pStyle w:val="Heading3"/>
      </w:pPr>
      <w:r>
        <w:t>The colleague’s view</w:t>
      </w:r>
    </w:p>
    <w:p>
      <w:pPr>
        <w:spacing w:after="60"/>
      </w:pPr>
      <w:r>
        <w:rPr>
          <w:b w:val="0"/>
          <w:sz w:val="18"/>
        </w:rPr>
        <w:t>What feels clear? What has been harder than expected? What would help?</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Progress worth recognizing</w:t>
      </w:r>
    </w:p>
    <w:p>
      <w:pPr>
        <w:spacing w:after="60"/>
      </w:pPr>
      <w:r>
        <w:rPr>
          <w:b w:val="0"/>
          <w:sz w:val="18"/>
        </w:rPr>
        <w:t>Name something they did well and explain why it mattered. Ask how they prefer to be thanked.</w:t>
      </w:r>
    </w:p>
    <w:p>
      <w:pPr>
        <w:spacing w:before="0" w:after="160" w:line="240"/>
        <w:pBdr>
          <w:bottom w:val="single" w:sz="3" w:color="D9E1DE" w:space="1"/>
        </w:pBdr>
      </w:pPr>
      <w:r>
        <w:rPr>
          <w:sz w:val="20"/>
        </w:rPr>
        <w:t xml:space="preserve"> </w:t>
      </w:r>
    </w:p>
    <w:p>
      <w:r>
        <w:rPr>
          <w:b w:val="0"/>
          <w:sz w:val="18"/>
        </w:rPr>
        <w:t>Next check-in ____________________  Manager commitment checked on ______________</w:t>
      </w:r>
    </w:p>
    <w:p>
      <w:r>
        <w:rPr>
          <w:b w:val="0"/>
          <w:sz w:val="16"/>
        </w:rPr>
        <w:t>Continue with the matching review and action sheets on pages 3–8. Share completed notes with the colleague and keep them in the appropriate private record system. Published app Meeting notes are shared across the workspace.</w:t>
      </w:r>
    </w:p>
    <w:p>
      <w:r>
        <w:br w:type="page"/>
      </w:r>
    </w:p>
    <w:p>
      <w:pPr>
        <w:pStyle w:val="Heading1"/>
      </w:pPr>
      <w:r>
        <w:t>4 week review</w:t>
      </w:r>
    </w:p>
    <w:p>
      <w:r>
        <w:rPr>
          <w:b w:val="0"/>
        </w:rPr>
        <w:t>Settling into the role. Find out how the first few weeks have felt and whether the basics are in place.</w:t>
      </w:r>
    </w:p>
    <w:p>
      <w:r>
        <w:rPr>
          <w:b w:val="0"/>
          <w:sz w:val="18"/>
        </w:rPr>
        <w:t>Colleague __________________________________   Role __________________________</w:t>
      </w:r>
    </w:p>
    <w:p>
      <w:r>
        <w:rPr>
          <w:b w:val="0"/>
          <w:sz w:val="18"/>
        </w:rPr>
        <w:t>Manager ___________________________________   Meeting date ___________________</w:t>
      </w:r>
    </w:p>
    <w:p>
      <w:r>
        <w:rPr>
          <w:b/>
          <w:sz w:val="20"/>
        </w:rPr>
        <w:t>Manager purpose: help this person succeed in their role. Listen, clarify expectations and agree the support you will provide.</w:t>
      </w:r>
    </w:p>
    <w:p>
      <w:pPr>
        <w:pStyle w:val="Heading3"/>
      </w:pPr>
      <w:r>
        <w:t>How has it been so far</w:t>
      </w:r>
    </w:p>
    <w:p>
      <w:pPr>
        <w:spacing w:after="60"/>
      </w:pPr>
      <w:r>
        <w:rPr>
          <w:b w:val="0"/>
          <w:sz w:val="18"/>
        </w:rPr>
        <w:t>What have you enjoyed most? What has been harder than you expected?</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feels clear and what still feels uncertain</w:t>
      </w:r>
    </w:p>
    <w:p>
      <w:pPr>
        <w:spacing w:after="60"/>
      </w:pPr>
      <w:r>
        <w:rPr>
          <w:b w:val="0"/>
          <w:sz w:val="18"/>
        </w:rPr>
        <w:t>Can you explain the main expectations of your role in your own words?</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would help you do the job well</w:t>
      </w:r>
    </w:p>
    <w:p>
      <w:pPr>
        <w:spacing w:after="60"/>
      </w:pPr>
      <w:r>
        <w:rPr>
          <w:b w:val="0"/>
          <w:sz w:val="18"/>
        </w:rPr>
        <w:t>Consider information, equipment, training, time and someone to ask for help.</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progress should we recognize</w:t>
      </w:r>
    </w:p>
    <w:p>
      <w:pPr>
        <w:spacing w:after="60"/>
      </w:pPr>
      <w:r>
        <w:rPr>
          <w:b w:val="0"/>
          <w:sz w:val="18"/>
        </w:rPr>
        <w:t>What are you pleased with? Share specific feedback you have received.</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do you need from your manager</w:t>
      </w:r>
    </w:p>
    <w:p>
      <w:pPr>
        <w:spacing w:after="60"/>
      </w:pPr>
      <w:r>
        <w:rPr>
          <w:b w:val="0"/>
          <w:sz w:val="18"/>
        </w:rPr>
        <w:t>Is there something I should explain, arrange or do differently?</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rPr>
          <w:b w:val="0"/>
          <w:sz w:val="18"/>
        </w:rPr>
        <w:t>Continue on the next page to record feedback, commitments and the next review.</w:t>
      </w:r>
    </w:p>
    <w:p>
      <w:r>
        <w:br w:type="page"/>
      </w:r>
    </w:p>
    <w:p>
      <w:pPr>
        <w:pStyle w:val="Heading1"/>
      </w:pPr>
      <w:r>
        <w:t>4 week review actions</w:t>
      </w:r>
    </w:p>
    <w:p>
      <w:r>
        <w:rPr>
          <w:b w:val="0"/>
        </w:rPr>
        <w:t>Complete this page together. Give each action an owner and a date.</w:t>
      </w:r>
    </w:p>
    <w:p>
      <w:r>
        <w:rPr>
          <w:b w:val="0"/>
          <w:sz w:val="18"/>
        </w:rPr>
        <w:t>Colleague __________________________________   Role __________________________</w:t>
      </w:r>
    </w:p>
    <w:p>
      <w:r>
        <w:rPr>
          <w:b w:val="0"/>
          <w:sz w:val="18"/>
        </w:rPr>
        <w:t>Manager ___________________________________   Meeting date ___________________</w:t>
      </w:r>
    </w:p>
    <w:p>
      <w:pPr>
        <w:pStyle w:val="Heading3"/>
      </w:pPr>
      <w:r>
        <w:t>Manager feedback and colleague response</w:t>
      </w:r>
    </w:p>
    <w:p>
      <w:pPr>
        <w:spacing w:after="60"/>
      </w:pPr>
      <w:r>
        <w:rPr>
          <w:b w:val="0"/>
          <w:sz w:val="18"/>
        </w:rPr>
        <w:t>Record specific examples, their context and any difference in views.</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tbl>
      <w:tblPr>
        <w:tblW w:type="auto" w:w="0"/>
        <w:tblLayout w:type="fixed"/>
        <w:tblLook w:firstColumn="1" w:firstRow="1" w:lastColumn="0" w:lastRow="0" w:noHBand="0" w:noVBand="1" w:val="04A0"/>
      </w:tblPr>
      <w:tblGrid>
        <w:gridCol w:w="4032"/>
        <w:gridCol w:w="1656"/>
        <w:gridCol w:w="1296"/>
        <w:gridCol w:w="3010"/>
      </w:tblGrid>
      <w:tr>
        <w:trPr>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What will happen</w:t>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Who will do it</w:t>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By when</w:t>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How we will check</w:t>
            </w:r>
          </w:p>
        </w:tc>
      </w:tr>
      <w:tr>
        <w:trPr>
          <w:trHeight w:val="821" w:hRule="atLeast"/>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821" w:hRule="atLeast"/>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821" w:hRule="atLeast"/>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bl>
    <w:p>
      <w:pPr>
        <w:spacing w:after="0"/>
      </w:pPr>
      <w:r>
        <w:rPr>
          <w:b w:val="0"/>
        </w:rPr>
      </w:r>
    </w:p>
    <w:p>
      <w:pPr>
        <w:pStyle w:val="Heading3"/>
      </w:pPr>
      <w:r>
        <w:t>My commitment as the manager</w:t>
      </w:r>
    </w:p>
    <w:p>
      <w:pPr>
        <w:spacing w:after="60"/>
      </w:pPr>
      <w:r>
        <w:rPr>
          <w:b w:val="0"/>
          <w:sz w:val="18"/>
        </w:rPr>
        <w:t>What help will I provide or arrange, and by when?</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The colleague’s next step</w:t>
      </w:r>
    </w:p>
    <w:p>
      <w:pPr>
        <w:spacing w:after="60"/>
      </w:pPr>
      <w:r>
        <w:rPr>
          <w:b w:val="0"/>
          <w:sz w:val="18"/>
        </w:rPr>
        <w:t>What will they work on, with what support?</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rPr>
          <w:b w:val="0"/>
          <w:sz w:val="18"/>
        </w:rPr>
        <w:t>Next conversation: week 8   Date __________________   Earlier check-in if needed __________</w:t>
      </w:r>
    </w:p>
    <w:p>
      <w:r>
        <w:rPr>
          <w:b w:val="0"/>
          <w:sz w:val="18"/>
        </w:rPr>
        <w:t>Notes shared on __________________   Colleague corrections or additions __________________</w:t>
      </w:r>
    </w:p>
    <w:p>
      <w:r>
        <w:rPr>
          <w:b w:val="0"/>
          <w:sz w:val="18"/>
        </w:rPr>
        <w:t>Manager __________________________   Colleague __________________________</w:t>
      </w:r>
    </w:p>
    <w:p>
      <w:r>
        <w:br w:type="page"/>
      </w:r>
    </w:p>
    <w:p>
      <w:pPr>
        <w:pStyle w:val="Heading1"/>
      </w:pPr>
      <w:r>
        <w:t>8 week review</w:t>
      </w:r>
    </w:p>
    <w:p>
      <w:r>
        <w:rPr>
          <w:b w:val="0"/>
        </w:rPr>
        <w:t>Building confidence. Check what has changed since week four and whether the promised support has arrived.</w:t>
      </w:r>
    </w:p>
    <w:p>
      <w:r>
        <w:rPr>
          <w:b w:val="0"/>
          <w:sz w:val="18"/>
        </w:rPr>
        <w:t>Colleague __________________________________   Role __________________________</w:t>
      </w:r>
    </w:p>
    <w:p>
      <w:r>
        <w:rPr>
          <w:b w:val="0"/>
          <w:sz w:val="18"/>
        </w:rPr>
        <w:t>Manager ___________________________________   Meeting date ___________________</w:t>
      </w:r>
    </w:p>
    <w:p>
      <w:r>
        <w:rPr>
          <w:b/>
          <w:sz w:val="20"/>
        </w:rPr>
        <w:t>Manager purpose: help this person succeed in their role. Listen, clarify expectations and agree the support you will provide.</w:t>
      </w:r>
    </w:p>
    <w:p>
      <w:pPr>
        <w:pStyle w:val="Heading3"/>
      </w:pPr>
      <w:r>
        <w:t>How has it been since the last review</w:t>
      </w:r>
    </w:p>
    <w:p>
      <w:pPr>
        <w:spacing w:after="60"/>
      </w:pPr>
      <w:r>
        <w:rPr>
          <w:b w:val="0"/>
          <w:sz w:val="18"/>
        </w:rPr>
        <w:t>What feels easier now? What is still taking more effort than expected?</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feels clear and what still feels uncertain</w:t>
      </w:r>
    </w:p>
    <w:p>
      <w:pPr>
        <w:spacing w:after="60"/>
      </w:pPr>
      <w:r>
        <w:rPr>
          <w:b w:val="0"/>
          <w:sz w:val="18"/>
        </w:rPr>
        <w:t>Where do you feel confident working independently, and where would guidance help?</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would help you do the job well</w:t>
      </w:r>
    </w:p>
    <w:p>
      <w:pPr>
        <w:spacing w:after="60"/>
      </w:pPr>
      <w:r>
        <w:rPr>
          <w:b w:val="0"/>
          <w:sz w:val="18"/>
        </w:rPr>
        <w:t>Review the actions from week four. What is complete, outstanding or no longer useful?</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progress should we recognize</w:t>
      </w:r>
    </w:p>
    <w:p>
      <w:pPr>
        <w:spacing w:after="60"/>
      </w:pPr>
      <w:r>
        <w:rPr>
          <w:b w:val="0"/>
          <w:sz w:val="18"/>
        </w:rPr>
        <w:t>What have you learned or improved? Which contributions may have gone unnoticed?</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do you need from your manager</w:t>
      </w:r>
    </w:p>
    <w:p>
      <w:pPr>
        <w:spacing w:after="60"/>
      </w:pPr>
      <w:r>
        <w:rPr>
          <w:b w:val="0"/>
          <w:sz w:val="18"/>
        </w:rPr>
        <w:t>Are your ideas heard? Have I provided the help I promised? What should change?</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rPr>
          <w:b w:val="0"/>
          <w:sz w:val="18"/>
        </w:rPr>
        <w:t>Continue on the next page to record feedback, commitments and the next review.</w:t>
      </w:r>
    </w:p>
    <w:p>
      <w:r>
        <w:br w:type="page"/>
      </w:r>
    </w:p>
    <w:p>
      <w:pPr>
        <w:pStyle w:val="Heading1"/>
      </w:pPr>
      <w:r>
        <w:t>8 week review actions</w:t>
      </w:r>
    </w:p>
    <w:p>
      <w:r>
        <w:rPr>
          <w:b w:val="0"/>
        </w:rPr>
        <w:t>Complete this page together. Give each action an owner and a date.</w:t>
      </w:r>
    </w:p>
    <w:p>
      <w:r>
        <w:rPr>
          <w:b w:val="0"/>
          <w:sz w:val="18"/>
        </w:rPr>
        <w:t>Colleague __________________________________   Role __________________________</w:t>
      </w:r>
    </w:p>
    <w:p>
      <w:r>
        <w:rPr>
          <w:b w:val="0"/>
          <w:sz w:val="18"/>
        </w:rPr>
        <w:t>Manager ___________________________________   Meeting date ___________________</w:t>
      </w:r>
    </w:p>
    <w:p>
      <w:pPr>
        <w:pStyle w:val="Heading3"/>
      </w:pPr>
      <w:r>
        <w:t>Manager feedback and colleague response</w:t>
      </w:r>
    </w:p>
    <w:p>
      <w:pPr>
        <w:spacing w:after="60"/>
      </w:pPr>
      <w:r>
        <w:rPr>
          <w:b w:val="0"/>
          <w:sz w:val="18"/>
        </w:rPr>
        <w:t>Record specific examples, their context and any difference in views.</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tbl>
      <w:tblPr>
        <w:tblW w:type="auto" w:w="0"/>
        <w:tblLayout w:type="fixed"/>
        <w:tblLook w:firstColumn="1" w:firstRow="1" w:lastColumn="0" w:lastRow="0" w:noHBand="0" w:noVBand="1" w:val="04A0"/>
      </w:tblPr>
      <w:tblGrid>
        <w:gridCol w:w="4032"/>
        <w:gridCol w:w="1656"/>
        <w:gridCol w:w="1296"/>
        <w:gridCol w:w="3010"/>
      </w:tblGrid>
      <w:tr>
        <w:trPr>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What will happen</w:t>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Who will do it</w:t>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By when</w:t>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How we will check</w:t>
            </w:r>
          </w:p>
        </w:tc>
      </w:tr>
      <w:tr>
        <w:trPr>
          <w:trHeight w:val="821" w:hRule="atLeast"/>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821" w:hRule="atLeast"/>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821" w:hRule="atLeast"/>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bl>
    <w:p>
      <w:pPr>
        <w:spacing w:after="0"/>
      </w:pPr>
      <w:r>
        <w:rPr>
          <w:b w:val="0"/>
        </w:rPr>
      </w:r>
    </w:p>
    <w:p>
      <w:pPr>
        <w:pStyle w:val="Heading3"/>
      </w:pPr>
      <w:r>
        <w:t>My commitment as the manager</w:t>
      </w:r>
    </w:p>
    <w:p>
      <w:pPr>
        <w:spacing w:after="60"/>
      </w:pPr>
      <w:r>
        <w:rPr>
          <w:b w:val="0"/>
          <w:sz w:val="18"/>
        </w:rPr>
        <w:t>What help will I provide or arrange, and by when?</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The colleague’s next step</w:t>
      </w:r>
    </w:p>
    <w:p>
      <w:pPr>
        <w:spacing w:after="60"/>
      </w:pPr>
      <w:r>
        <w:rPr>
          <w:b w:val="0"/>
          <w:sz w:val="18"/>
        </w:rPr>
        <w:t>What will they work on, with what support?</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rPr>
          <w:b w:val="0"/>
          <w:sz w:val="18"/>
        </w:rPr>
        <w:t>Next conversation: week 12   Date __________________   Earlier check-in if needed __________</w:t>
      </w:r>
    </w:p>
    <w:p>
      <w:r>
        <w:rPr>
          <w:b w:val="0"/>
          <w:sz w:val="18"/>
        </w:rPr>
        <w:t>Notes shared on __________________   Colleague corrections or additions __________________</w:t>
      </w:r>
    </w:p>
    <w:p>
      <w:r>
        <w:rPr>
          <w:b w:val="0"/>
          <w:sz w:val="18"/>
        </w:rPr>
        <w:t>Manager __________________________   Colleague __________________________</w:t>
      </w:r>
    </w:p>
    <w:p>
      <w:r>
        <w:br w:type="page"/>
      </w:r>
    </w:p>
    <w:p>
      <w:pPr>
        <w:pStyle w:val="Heading1"/>
      </w:pPr>
      <w:r>
        <w:t>12 week review</w:t>
      </w:r>
    </w:p>
    <w:p>
      <w:r>
        <w:rPr>
          <w:b w:val="0"/>
        </w:rPr>
        <w:t>Succeeding beyond the first twelve weeks. Review progress across the first three months and agree the support and direction for the next stage.</w:t>
      </w:r>
    </w:p>
    <w:p>
      <w:r>
        <w:rPr>
          <w:b w:val="0"/>
          <w:sz w:val="18"/>
        </w:rPr>
        <w:t>Colleague __________________________________   Role __________________________</w:t>
      </w:r>
    </w:p>
    <w:p>
      <w:r>
        <w:rPr>
          <w:b w:val="0"/>
          <w:sz w:val="18"/>
        </w:rPr>
        <w:t>Manager ___________________________________   Meeting date ___________________</w:t>
      </w:r>
    </w:p>
    <w:p>
      <w:r>
        <w:rPr>
          <w:b/>
          <w:sz w:val="20"/>
        </w:rPr>
        <w:t>Manager purpose: help this person succeed in their role. Listen, clarify expectations and agree the support you will provide.</w:t>
      </w:r>
    </w:p>
    <w:p>
      <w:pPr>
        <w:pStyle w:val="Heading3"/>
      </w:pPr>
      <w:r>
        <w:t>How has it been since you joined</w:t>
      </w:r>
    </w:p>
    <w:p>
      <w:pPr>
        <w:spacing w:after="60"/>
      </w:pPr>
      <w:r>
        <w:rPr>
          <w:b w:val="0"/>
          <w:sz w:val="18"/>
        </w:rPr>
        <w:t>What are you most pleased with? What remains difficult or different from what you expected?</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feels clear and what still feels uncertain</w:t>
      </w:r>
    </w:p>
    <w:p>
      <w:pPr>
        <w:spacing w:after="60"/>
      </w:pPr>
      <w:r>
        <w:rPr>
          <w:b w:val="0"/>
          <w:sz w:val="18"/>
        </w:rPr>
        <w:t>Are the standards and priorities clear? Where do you still need practice or guidance?</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would help you do the job well</w:t>
      </w:r>
    </w:p>
    <w:p>
      <w:pPr>
        <w:spacing w:after="60"/>
      </w:pPr>
      <w:r>
        <w:rPr>
          <w:b w:val="0"/>
          <w:sz w:val="18"/>
        </w:rPr>
        <w:t>Review the actions from week eight. What training, equipment or support is still needed?</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progress should we recognize</w:t>
      </w:r>
    </w:p>
    <w:p>
      <w:pPr>
        <w:spacing w:after="60"/>
      </w:pPr>
      <w:r>
        <w:rPr>
          <w:b w:val="0"/>
          <w:sz w:val="18"/>
        </w:rPr>
        <w:t>Which skills, relationships or contributions have developed? Use specific examples.</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do you need from your manager</w:t>
      </w:r>
    </w:p>
    <w:p>
      <w:pPr>
        <w:spacing w:after="60"/>
      </w:pPr>
      <w:r>
        <w:rPr>
          <w:b w:val="0"/>
          <w:sz w:val="18"/>
        </w:rPr>
        <w:t>What should I keep doing or change? What would help you succeed over the next few months?</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rPr>
          <w:b w:val="0"/>
          <w:sz w:val="18"/>
        </w:rPr>
        <w:t>Continue on the next page to record feedback, commitments and the next review.</w:t>
      </w:r>
    </w:p>
    <w:p>
      <w:r>
        <w:br w:type="page"/>
      </w:r>
    </w:p>
    <w:p>
      <w:pPr>
        <w:pStyle w:val="Heading1"/>
      </w:pPr>
      <w:r>
        <w:t>12 week review actions</w:t>
      </w:r>
    </w:p>
    <w:p>
      <w:r>
        <w:rPr>
          <w:b w:val="0"/>
        </w:rPr>
        <w:t>Complete this page together. Give each action an owner and a date.</w:t>
      </w:r>
    </w:p>
    <w:p>
      <w:r>
        <w:rPr>
          <w:b w:val="0"/>
          <w:sz w:val="18"/>
        </w:rPr>
        <w:t>Colleague __________________________________   Role __________________________</w:t>
      </w:r>
    </w:p>
    <w:p>
      <w:r>
        <w:rPr>
          <w:b w:val="0"/>
          <w:sz w:val="18"/>
        </w:rPr>
        <w:t>Manager ___________________________________   Meeting date ___________________</w:t>
      </w:r>
    </w:p>
    <w:p>
      <w:pPr>
        <w:pStyle w:val="Heading3"/>
      </w:pPr>
      <w:r>
        <w:t>Manager feedback and colleague response</w:t>
      </w:r>
    </w:p>
    <w:p>
      <w:pPr>
        <w:spacing w:after="60"/>
      </w:pPr>
      <w:r>
        <w:rPr>
          <w:b w:val="0"/>
          <w:sz w:val="18"/>
        </w:rPr>
        <w:t>Record specific examples, their context and any difference in views.</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tbl>
      <w:tblPr>
        <w:tblW w:type="auto" w:w="0"/>
        <w:tblLayout w:type="fixed"/>
        <w:tblLook w:firstColumn="1" w:firstRow="1" w:lastColumn="0" w:lastRow="0" w:noHBand="0" w:noVBand="1" w:val="04A0"/>
      </w:tblPr>
      <w:tblGrid>
        <w:gridCol w:w="4032"/>
        <w:gridCol w:w="1656"/>
        <w:gridCol w:w="1296"/>
        <w:gridCol w:w="3010"/>
      </w:tblGrid>
      <w:tr>
        <w:trPr>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What will happen</w:t>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Who will do it</w:t>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By when</w:t>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How we will check</w:t>
            </w:r>
          </w:p>
        </w:tc>
      </w:tr>
      <w:tr>
        <w:trPr>
          <w:trHeight w:val="821" w:hRule="atLeast"/>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821" w:hRule="atLeast"/>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821" w:hRule="atLeast"/>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bl>
    <w:p>
      <w:pPr>
        <w:spacing w:after="0"/>
      </w:pPr>
      <w:r>
        <w:rPr>
          <w:b w:val="0"/>
        </w:rPr>
      </w:r>
    </w:p>
    <w:p>
      <w:pPr>
        <w:pStyle w:val="Heading3"/>
      </w:pPr>
      <w:r>
        <w:t>My commitment as the manager</w:t>
      </w:r>
    </w:p>
    <w:p>
      <w:pPr>
        <w:spacing w:after="60"/>
      </w:pPr>
      <w:r>
        <w:rPr>
          <w:b w:val="0"/>
          <w:sz w:val="18"/>
        </w:rPr>
        <w:t>What help will I provide or arrange, and by when?</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The colleague’s next step</w:t>
      </w:r>
    </w:p>
    <w:p>
      <w:pPr>
        <w:spacing w:after="60"/>
      </w:pPr>
      <w:r>
        <w:rPr>
          <w:b w:val="0"/>
          <w:sz w:val="18"/>
        </w:rPr>
        <w:t>What will they work on, with what support?</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rPr>
          <w:b w:val="0"/>
          <w:sz w:val="18"/>
        </w:rPr>
        <w:t>Next regular one-to-one: __________________   Development follow-up: __________________</w:t>
      </w:r>
    </w:p>
    <w:p>
      <w:r>
        <w:rPr>
          <w:b w:val="0"/>
          <w:sz w:val="18"/>
        </w:rPr>
        <w:t>Notes shared on __________________   Colleague corrections or additions __________________</w:t>
      </w:r>
    </w:p>
    <w:p>
      <w:r>
        <w:rPr>
          <w:b w:val="0"/>
          <w:sz w:val="18"/>
        </w:rPr>
        <w:t>Manager __________________________   Colleague __________________________</w:t>
      </w:r>
    </w:p>
    <w:sectPr w:rsidR="00FC693F" w:rsidRPr="0006063C" w:rsidSect="00034616">
      <w:headerReference w:type="default" r:id="rId9"/>
      <w:footerReference w:type="default" r:id="rId10"/>
      <w:pgSz w:w="12240" w:h="15840"/>
      <w:pgMar w:top="1195" w:right="1123" w:bottom="1008" w:left="1123"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94" w:val="right"/>
      </w:tabs>
    </w:pPr>
    <w:r>
      <w:rPr>
        <w:sz w:val="16"/>
      </w:rPr>
      <w:t>newsandwins.com  |  Helping your team succeed</w:t>
    </w:r>
    <w:r>
      <w:rPr>
        <w:sz w:val="16"/>
      </w:rP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256032" cy="256032"/>
          <wp:docPr id="1" name="Picture 1"/>
          <wp:cNvGraphicFramePr>
            <a:graphicFrameLocks noChangeAspect="1"/>
          </wp:cNvGraphicFramePr>
          <a:graphic>
            <a:graphicData uri="http://schemas.openxmlformats.org/drawingml/2006/picture">
              <pic:pic>
                <pic:nvPicPr>
                  <pic:cNvPr id="0" name="newsandwins-apple-touch-icon.png"/>
                  <pic:cNvPicPr/>
                </pic:nvPicPr>
                <pic:blipFill>
                  <a:blip r:embed="rId1"/>
                  <a:stretch>
                    <a:fillRect/>
                  </a:stretch>
                </pic:blipFill>
                <pic:spPr>
                  <a:xfrm>
                    <a:off x="0" y="0"/>
                    <a:ext cx="256032" cy="256032"/>
                  </a:xfrm>
                  <a:prstGeom prst="rect"/>
                </pic:spPr>
              </pic:pic>
            </a:graphicData>
          </a:graphic>
        </wp:inline>
      </w:drawing>
    </w:r>
    <w:r>
      <w:rPr>
        <w:b/>
        <w:sz w:val="30"/>
      </w:rPr>
      <w:t xml:space="preserve">  NewsAndWins</w:t>
    </w:r>
    <w:r>
      <w:rPr>
        <w:color w:val="52656B"/>
        <w:sz w:val="16"/>
      </w:rPr>
      <w:t xml:space="preserve">   MANAGER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Arial" w:hAnsi="Arial"/>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40" w:after="14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employee onboarding checklist and reviews</dc:title>
  <dc:subject>Manager preparation first week support and four eight twelve week reviews</dc:subject>
  <dc:creator>NewsAndWins</dc:creator>
  <cp:keywords>NewsAndWins, manager resources, new starter reviews, recognition</cp:keywords>
  <dc:description/>
  <cp:lastModifiedBy>NewsAndWins</cp:lastModifiedBy>
  <cp:revision>1</cp:revision>
  <dcterms:created xsi:type="dcterms:W3CDTF">2013-12-23T23:15:00Z</dcterms:created>
  <dcterms:modified xsi:type="dcterms:W3CDTF">2013-12-23T23:15:00Z</dcterms:modified>
  <cp:category/>
</cp:coreProperties>
</file>